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jc w:val="center"/>
      </w:pPr>
      <w:r>
        <w:t>Конспект урока</w:t>
      </w:r>
    </w:p>
    <w:p>
      <w:r>
        <w:rPr>
          <w:b/>
        </w:rPr>
        <w:t xml:space="preserve">Предмет: </w:t>
      </w:r>
      <w:r>
        <w:t>Биология</w:t>
      </w:r>
      <w:r>
        <w:t xml:space="preserve">  |  </w:t>
      </w:r>
      <w:r>
        <w:rPr>
          <w:b/>
        </w:rPr>
        <w:t xml:space="preserve">Класс: </w:t>
      </w:r>
      <w:r>
        <w:t>6 класс</w:t>
      </w:r>
    </w:p>
    <w:p>
      <w:r>
        <w:rPr>
          <w:b/>
        </w:rPr>
        <w:t xml:space="preserve">Тема: </w:t>
      </w:r>
      <w:r>
        <w:t>Фотосинтез</w:t>
      </w:r>
      <w:r>
        <w:t xml:space="preserve">  |  </w:t>
      </w:r>
      <w:r>
        <w:rPr>
          <w:b/>
        </w:rPr>
        <w:t xml:space="preserve">Дата: </w:t>
      </w:r>
      <w:r>
        <w:t>11.09.2026</w:t>
      </w:r>
      <w:r>
        <w:t xml:space="preserve">  |  </w:t>
      </w:r>
      <w:r>
        <w:rPr>
          <w:b/>
        </w:rPr>
        <w:t xml:space="preserve">Длительность: </w:t>
      </w:r>
      <w:r>
        <w:t>45 мин</w:t>
      </w:r>
    </w:p>
    <w:p>
      <w:r>
        <w:t>──────────────────────────────────────────────────────────────────────</w:t>
      </w:r>
    </w:p>
    <w:p>
      <w:pPr>
        <w:spacing w:before="240"/>
      </w:pPr>
      <w:r>
        <w:rPr>
          <w:b/>
          <w:color w:val="003366"/>
          <w:sz w:val="26"/>
        </w:rPr>
        <w:t>Цели урока</w:t>
      </w:r>
    </w:p>
    <w:p>
      <w:pPr>
        <w:ind w:left="432"/>
      </w:pPr>
      <w:r>
        <w:t>1. Сформулировать определение фотосинтеза.</w:t>
      </w:r>
    </w:p>
    <w:p>
      <w:pPr>
        <w:ind w:left="432"/>
      </w:pPr>
      <w:r>
        <w:t>2. Назвать условия и исходные вещества фотосинтеза.</w:t>
      </w:r>
    </w:p>
    <w:p>
      <w:pPr>
        <w:ind w:left="432"/>
      </w:pPr>
      <w:r>
        <w:t>3. Объяснить роль хлорофилла и хлоропластов.</w:t>
      </w:r>
    </w:p>
    <w:p>
      <w:pPr>
        <w:ind w:left="432"/>
      </w:pPr>
      <w:r>
        <w:t>4. Различать световую и темновую фазы фотосинтеза.</w:t>
      </w:r>
    </w:p>
    <w:p>
      <w:pPr>
        <w:ind w:left="432"/>
      </w:pPr>
      <w:r>
        <w:t>5. Объяснить значение фотосинтеза для живых организмов и атмосферы.</w:t>
      </w:r>
    </w:p>
    <w:p>
      <w:pPr>
        <w:spacing w:before="160"/>
      </w:pPr>
      <w:r>
        <w:rPr>
          <w:b/>
        </w:rPr>
        <w:t xml:space="preserve">Оборудование: </w:t>
      </w:r>
      <w:r>
        <w:t>Презентация; при возможности — зелёный лист растения или его фотография.</w:t>
      </w:r>
    </w:p>
    <w:p>
      <w:r>
        <w:t>──────────────────────────────────────────────────────────────────────</w:t>
      </w:r>
    </w:p>
    <w:p>
      <w:pPr>
        <w:spacing w:before="240"/>
      </w:pPr>
      <w:r>
        <w:rPr>
          <w:b/>
          <w:color w:val="003366"/>
          <w:sz w:val="26"/>
        </w:rPr>
        <w:t>Оргмомент, актуализация, цели урока · 4 мин</w:t>
      </w:r>
    </w:p>
    <w:p>
      <w:r>
        <w:rPr>
          <w:b/>
          <w:sz w:val="24"/>
        </w:rPr>
        <w:t xml:space="preserve">#1  </w:t>
      </w:r>
      <w:r>
        <w:rPr>
          <w:b/>
          <w:sz w:val="24"/>
        </w:rPr>
        <w:t>Фотосинтез</w:t>
      </w:r>
    </w:p>
    <w:p>
      <w:pPr>
        <w:ind w:left="432"/>
      </w:pPr>
      <w:r>
        <w:t>Начните с вопроса: откуда растение получает вещества для роста? Подведите учащихся к мысли, что растение не только поглощает воду и соли, но и само образует органические вещества.</w:t>
      </w:r>
    </w:p>
    <w:p>
      <w:pPr>
        <w:spacing w:before="240"/>
      </w:pPr>
      <w:r>
        <w:rPr>
          <w:b/>
          <w:color w:val="003366"/>
          <w:sz w:val="26"/>
        </w:rPr>
        <w:t>Новый материал · 30 мин</w:t>
      </w:r>
    </w:p>
    <w:p>
      <w:r>
        <w:rPr>
          <w:b/>
          <w:sz w:val="24"/>
        </w:rPr>
        <w:t xml:space="preserve">#2  </w:t>
      </w:r>
      <w:r>
        <w:rPr>
          <w:b/>
          <w:sz w:val="24"/>
        </w:rPr>
        <w:t>Что такое фотосинтез?</w:t>
      </w:r>
    </w:p>
    <w:p>
      <w:pPr>
        <w:ind w:left="432"/>
      </w:pPr>
      <w:r>
        <w:t>Объясните: фотосинтез — это образование органических веществ из неорганических с использованием энергии света. У растений процесс в основном происходит в зелёных клетках листьев.</w:t>
      </w:r>
    </w:p>
    <w:p>
      <w:r>
        <w:rPr>
          <w:b/>
          <w:sz w:val="24"/>
        </w:rPr>
        <w:t xml:space="preserve">#3  </w:t>
      </w:r>
      <w:r>
        <w:rPr>
          <w:b/>
          <w:sz w:val="24"/>
        </w:rPr>
        <w:t>Хлоропласт — «солнечная лаборатория» клетки</w:t>
      </w:r>
    </w:p>
    <w:p>
      <w:pPr>
        <w:ind w:left="432"/>
      </w:pPr>
      <w:r>
        <w:t>Покажите на схеме, что хлоропласт — органоид растительной клетки. Хлорофилл поглощает энергию света. Уточните, что зелёный цвет листа связан с хлорофиллом.</w:t>
      </w:r>
    </w:p>
    <w:p>
      <w:r>
        <w:rPr>
          <w:b/>
          <w:sz w:val="24"/>
        </w:rPr>
        <w:t xml:space="preserve">#4  </w:t>
      </w:r>
      <w:r>
        <w:rPr>
          <w:b/>
          <w:sz w:val="24"/>
        </w:rPr>
        <w:t>Что входит и что образуется?</w:t>
      </w:r>
    </w:p>
    <w:p>
      <w:pPr>
        <w:ind w:left="432"/>
      </w:pPr>
      <w:r>
        <w:t>Разберите уравнение словами, не требуя пока запоминания коэффициентов. Подчеркните: вода и углекислый газ — исходные вещества, свет — источник энергии, глюкоза — органическое вещество, кислород выделяется наружу.</w:t>
      </w:r>
    </w:p>
    <w:p>
      <w:r>
        <w:rPr>
          <w:b/>
          <w:sz w:val="24"/>
        </w:rPr>
        <w:t xml:space="preserve">#5  </w:t>
      </w:r>
      <w:r>
        <w:rPr>
          <w:b/>
          <w:sz w:val="24"/>
        </w:rPr>
        <w:t>Первая фаза: энергия света</w:t>
      </w:r>
    </w:p>
    <w:p>
      <w:pPr>
        <w:ind w:left="432"/>
      </w:pPr>
      <w:r>
        <w:t>Объясните, что световая фаза идёт на мембранах тилакоидов. Хлорофилл поглощает свет, образуются АТФ и НАДФ·Н₂, а при расщеплении воды выделяется кислород. Для 6 класса достаточно запомнить общий результат световой фазы.</w:t>
      </w:r>
    </w:p>
    <w:p>
      <w:r>
        <w:rPr>
          <w:b/>
          <w:sz w:val="24"/>
        </w:rPr>
        <w:t xml:space="preserve">#6  </w:t>
      </w:r>
      <w:r>
        <w:rPr>
          <w:b/>
          <w:sz w:val="24"/>
        </w:rPr>
        <w:t>Вторая фаза: синтез органических веществ</w:t>
      </w:r>
    </w:p>
    <w:p>
      <w:pPr>
        <w:ind w:left="432"/>
      </w:pPr>
      <w:r>
        <w:t>Уточните: темновая фаза не означает, что она обязательно происходит ночью. Ей не нужен непосредственный свет, но она использует энергию, накопленную в световой фазе. В цикле Кальвина CO₂ превращается в органические вещества.</w:t>
      </w:r>
    </w:p>
    <w:p>
      <w:r>
        <w:rPr>
          <w:b/>
          <w:sz w:val="24"/>
        </w:rPr>
        <w:t xml:space="preserve">#7  </w:t>
      </w:r>
      <w:r>
        <w:rPr>
          <w:b/>
          <w:sz w:val="24"/>
        </w:rPr>
        <w:t>Значение фотосинтеза</w:t>
      </w:r>
    </w:p>
    <w:p>
      <w:pPr>
        <w:ind w:left="432"/>
      </w:pPr>
      <w:r>
        <w:t>Предложите учащимся назвать, кому нужны продукты фотосинтеза. Обобщите: растения получают органические вещества для роста, животные и человек зависят от растений как от источника пищи и кислорода.</w:t>
      </w:r>
    </w:p>
    <w:p>
      <w:pPr>
        <w:spacing w:before="240"/>
      </w:pPr>
      <w:r>
        <w:rPr>
          <w:b/>
          <w:color w:val="003366"/>
          <w:sz w:val="26"/>
        </w:rPr>
        <w:t>Рефлексия и домашнее задание · 11 мин</w:t>
      </w:r>
    </w:p>
    <w:p>
      <w:r>
        <w:rPr>
          <w:b/>
          <w:sz w:val="24"/>
        </w:rPr>
        <w:t xml:space="preserve">#8  </w:t>
      </w:r>
      <w:r>
        <w:rPr>
          <w:b/>
          <w:sz w:val="24"/>
        </w:rPr>
        <w:t>Итог урока</w:t>
      </w:r>
    </w:p>
    <w:p>
      <w:pPr>
        <w:ind w:left="432"/>
      </w:pPr>
      <w:r>
        <w:t>Попросите учащихся устно восстановить пропуски. Ответы для проверки: 1 — свет; 2 — хлорофилл; 3 — углекислый газ; 4 — кислород; 5 — органические вещества. Завершите кратким выводом.</w:t>
      </w:r>
    </w:p>
    <w:p>
      <w:r>
        <w:t>──────────────────────────────────────────────────────────────────────</w:t>
      </w:r>
    </w:p>
    <w:p>
      <w:pPr>
        <w:spacing w:before="240"/>
      </w:pPr>
      <w:r>
        <w:rPr>
          <w:b/>
          <w:color w:val="003366"/>
          <w:sz w:val="26"/>
        </w:rPr>
        <w:t>Домашнее задание</w:t>
      </w:r>
    </w:p>
    <w:p>
      <w:pPr>
        <w:ind w:left="432"/>
      </w:pPr>
      <w:r>
        <w:t>Составить в тетради схему фотосинтеза и письменно ответить: почему фотосинтез считают основой жизни на Земле?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