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Учебный проект: веб-сервис записи в мастерскую</w:t>
      </w:r>
    </w:p>
    <w:p>
      <w:r>
        <w:t>Задача учебного проекта — предложить веб-сервис записи на занятия в творческой мастерской. Сейчас администратор вручную сверяет сообщения и свободные места, поэтому возможны пересечения записей. Цель — собрать расписание и заявки в одном интерфейсе. Участники: посетитель выбирает занятие, администратор ведёт расписание и подтверждает заявки. Основной сценарий: выбрать дату и занятие, увидеть число свободных мест, оставить заявку, получить подтверждение. Данные: занятие, дата и время, вместимость, заявка и её статус. Для предотвращения переполнения проверка вместимости и создание заявки должны выполняться одной транзакцией. Предлагаемая архитектура: веб-интерфейс, API и база данных; права администратора отделены от возможностей посетителя. План проверки: последняя свободная запись, два одновременных запроса на одно место, отмена заявки и доступ посетителя к административным действиям. Ожидаемый результат — понятная запись без переполнения группы. Это концепция учебного проекта: сервис не реализован, результаты испытаний и показатели эффективности не заявляются.</w:t>
      </w:r>
    </w:p>
    <w:p>
      <w:r>
        <w:t>Материал Презентоши для демонстрации. Не является чужой курсовой или выпускной работой.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проект: веб-сервис записи в мастерскую</dc:title>
  <dc:subject/>
  <dc:creator>Презентоша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